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FOR EDUCATORS</w:t>
      </w:r>
    </w:p>
    <w:p>
      <w:r>
        <w:t>AI Tool Checklist</w:t>
      </w:r>
    </w:p>
    <w:p>
      <w:r>
        <w:t>Use this before bringing an AI tool into instruction. It helps you gather what your school or district</w:t>
      </w:r>
    </w:p>
    <w:p>
      <w:r>
        <w:t>needs to decide.</w:t>
      </w:r>
    </w:p>
    <w:p>
      <w:r>
        <w:t>AI tool Reviewed by</w:t>
      </w:r>
    </w:p>
    <w:p>
      <w:r>
        <w:t>Course / Grade Date</w:t>
      </w:r>
    </w:p>
    <w:p>
      <w:r>
        <w:t>Planned use</w:t>
      </w:r>
    </w:p>
    <w:p>
      <w:r>
        <w:t>How to use this  Every question is written so that "Yes" is the safe answer. Mark Yes, No or Unsure, and note</w:t>
      </w:r>
    </w:p>
    <w:p>
      <w:r>
        <w:t>your evidence (who confirmed it, a link, or a policy section). Items marked MUST need a Yes before students use the</w:t>
      </w:r>
    </w:p>
    <w:p>
      <w:r>
        <w:t>tool. Teachers do not certify legal compliance; your school or district makes the approval decision.</w:t>
      </w:r>
    </w:p>
    <w:p>
      <w:r>
        <w:t>1. Purpose and learning Yes No Unsure Evidence or notes</w:t>
      </w:r>
    </w:p>
    <w:p>
      <w:r>
        <w:t>Is there a clear learning goal this tool</w:t>
      </w:r>
    </w:p>
    <w:p>
      <w:r>
        <w:t>supports?</w:t>
      </w:r>
    </w:p>
    <w:p>
      <w:r>
        <w:t>Name the standard or objective.</w:t>
      </w:r>
    </w:p>
    <w:p>
      <w:r>
        <w:t>Will students still do the core thinking</w:t>
      </w:r>
    </w:p>
    <w:p>
      <w:r>
        <w:t>themselves?</w:t>
      </w:r>
    </w:p>
    <w:p>
      <w:r>
        <w:t>The tool should support reasoning, writing or problem-</w:t>
      </w:r>
    </w:p>
    <w:p>
      <w:r>
        <w:t>solving, not replace it.</w:t>
      </w:r>
    </w:p>
    <w:p>
      <w:r>
        <w:t>Is AI the best tool for this task?</w:t>
      </w:r>
    </w:p>
    <w:p>
      <w:r>
        <w:t>A simpler resource or no technology might work just as well.</w:t>
      </w:r>
    </w:p>
    <w:p>
      <w:r>
        <w:t>Have I set the AI Level for this assignment,</w:t>
      </w:r>
    </w:p>
    <w:p>
      <w:r>
        <w:t>including any required accommodations?</w:t>
      </w:r>
    </w:p>
    <w:p>
      <w:r>
        <w:t>Apply IEP and 504 accommodations, and plan a non-AI</w:t>
      </w:r>
    </w:p>
    <w:p>
      <w:r>
        <w:t>option.</w:t>
      </w:r>
    </w:p>
    <w:p>
      <w:r>
        <w:t>2. Approval and policy Yes No Unsure Evidence or notes</w:t>
      </w:r>
    </w:p>
    <w:p>
      <w:r>
        <w:t>MUST  Is this tool on my school or district's</w:t>
      </w:r>
    </w:p>
    <w:p>
      <w:r>
        <w:t>approved list?</w:t>
      </w:r>
    </w:p>
    <w:p>
      <w:r>
        <w:t>Check with your technology office before using any new tool</w:t>
      </w:r>
    </w:p>
    <w:p>
      <w:r>
        <w:t>with students.</w:t>
      </w:r>
    </w:p>
    <w:p>
      <w:r>
        <w:t>MUST  Does my planned use follow the school's</w:t>
      </w:r>
    </w:p>
    <w:p>
      <w:r>
        <w:t>AI and acceptable use policies?</w:t>
      </w:r>
    </w:p>
    <w:p>
      <w:r>
        <w:t>Read the current policy, which may have changed recently.</w:t>
      </w:r>
    </w:p>
    <w:p>
      <w:r>
        <w:t>Does the district have a data privacy</w:t>
      </w:r>
    </w:p>
    <w:p>
      <w:r>
        <w:t>agreement with this company?</w:t>
      </w:r>
    </w:p>
    <w:p>
      <w:r>
        <w:t>Your technology office can tell you.</w:t>
      </w:r>
    </w:p>
    <w:p>
      <w:r>
        <w:t>For single-educator use. Editable: change anything in [brackets]. · v1.1 · Oct 2026 · Written for U.S. schools · Adapt to your school and district</w:t>
      </w:r>
    </w:p>
    <w:p>
      <w:r>
        <w:t>policies</w:t>
      </w:r>
    </w:p>
    <w:p>
      <w:r>
        <w:t>3. Student privacy and data Yes No Unsure Evidence or notes</w:t>
      </w:r>
    </w:p>
    <w:p>
      <w:r>
        <w:t>Do I know what student data the tool collects?</w:t>
      </w:r>
    </w:p>
    <w:p>
      <w:r>
        <w:t>See the privacy policy section on data collected and how it is</w:t>
      </w:r>
    </w:p>
    <w:p>
      <w:r>
        <w:t>used.</w:t>
      </w:r>
    </w:p>
    <w:p>
      <w:r>
        <w:t>MUST  Has the district confirmed that student</w:t>
      </w:r>
    </w:p>
    <w:p>
      <w:r>
        <w:t>prompts and uploads are excluded from AI</w:t>
      </w:r>
    </w:p>
    <w:p>
      <w:r>
        <w:t>training, or that training is disabled?</w:t>
      </w:r>
    </w:p>
    <w:p>
      <w:r>
        <w:t>Record who confirmed it and how.</w:t>
      </w:r>
    </w:p>
    <w:p>
      <w:r>
        <w:t>Can students use it without entering personal</w:t>
      </w:r>
    </w:p>
    <w:p>
      <w:r>
        <w:t>information?</w:t>
      </w:r>
    </w:p>
    <w:p>
      <w:r>
        <w:t>No full names, photos, grades, IEP, 504 or health</w:t>
      </w:r>
    </w:p>
    <w:p>
      <w:r>
        <w:t>information.</w:t>
      </w:r>
    </w:p>
    <w:p>
      <w:r>
        <w:t>MUST  Has the district confirmed the tool meets</w:t>
      </w:r>
    </w:p>
    <w:p>
      <w:r>
        <w:t>student privacy requirements?</w:t>
      </w:r>
    </w:p>
    <w:p>
      <w:r>
        <w:t>In the U.S., this includes FERPA, COPPA for students under</w:t>
      </w:r>
    </w:p>
    <w:p>
      <w:r>
        <w:t>13, and state law. The district decides this, not the individual</w:t>
      </w:r>
    </w:p>
    <w:p>
      <w:r>
        <w:t>teacher.</w:t>
      </w:r>
    </w:p>
    <w:p>
      <w:r>
        <w:t>Can student data be deleted when the school</w:t>
      </w:r>
    </w:p>
    <w:p>
      <w:r>
        <w:t>year ends?</w:t>
      </w:r>
    </w:p>
    <w:p>
      <w:r>
        <w:t>Look for a data deletion or retention section.</w:t>
      </w:r>
    </w:p>
    <w:p>
      <w:r>
        <w:t>4. Age and accounts Yes No Unsure Evidence or notes</w:t>
      </w:r>
    </w:p>
    <w:p>
      <w:r>
        <w:t>MUST  Do my students meet the tool's minimum</w:t>
      </w:r>
    </w:p>
    <w:p>
      <w:r>
        <w:t>age, or has the school arranged any required</w:t>
      </w:r>
    </w:p>
    <w:p>
      <w:r>
        <w:t>consent?</w:t>
      </w:r>
    </w:p>
    <w:p>
      <w:r>
        <w:t>Check the Terms of Use and ask your district.</w:t>
      </w:r>
    </w:p>
    <w:p>
      <w:r>
        <w:t>Can students use it without creating personal</w:t>
      </w:r>
    </w:p>
    <w:p>
      <w:r>
        <w:t>accounts?</w:t>
      </w:r>
    </w:p>
    <w:p>
      <w:r>
        <w:t>Prefer school-managed logins or teacher-led use.</w:t>
      </w:r>
    </w:p>
    <w:p>
      <w:r>
        <w:t>If family notice or consent is needed, is the</w:t>
      </w:r>
    </w:p>
    <w:p>
      <w:r>
        <w:t>school handling it?</w:t>
      </w:r>
    </w:p>
    <w:p>
      <w:r>
        <w:t>Consent for data use is the school's decision, made</w:t>
      </w:r>
    </w:p>
    <w:p>
      <w:r>
        <w:t>separately.</w:t>
      </w:r>
    </w:p>
    <w:p>
      <w:r>
        <w:t>5. Accuracy, bias and safety Yes No Unsure Evidence or notes</w:t>
      </w:r>
    </w:p>
    <w:p>
      <w:r>
        <w:t>Have I tested it with the prompts my students</w:t>
      </w:r>
    </w:p>
    <w:p>
      <w:r>
        <w:t>will actually use?</w:t>
      </w:r>
    </w:p>
    <w:p>
      <w:r>
        <w:t>Try 5–10 student-style questions before class.</w:t>
      </w:r>
    </w:p>
    <w:p>
      <w:r>
        <w:t>Were its answers accurate for my subject?</w:t>
      </w:r>
    </w:p>
    <w:p>
      <w:r>
        <w:t>Check facts, math, quotes and sources.</w:t>
      </w:r>
    </w:p>
    <w:p>
      <w:r>
        <w:t>Did I check its answers for bias or</w:t>
      </w:r>
    </w:p>
    <w:p>
      <w:r>
        <w:t>stereotypes?</w:t>
      </w:r>
    </w:p>
    <w:p>
      <w:r>
        <w:t>Ask about different groups, cultures and perspectives.</w:t>
      </w:r>
    </w:p>
    <w:p>
      <w:r>
        <w:t>For single-educator use. Editable: change anything in [brackets]. · v1.1 · Oct 2026 · Written for U.S. schools · Adapt to your school and district</w:t>
      </w:r>
    </w:p>
    <w:p>
      <w:r>
        <w:t>policies</w:t>
      </w:r>
    </w:p>
    <w:p>
      <w:r>
        <w:t>5. Accuracy, bias and safety Yes No Unsure Evidence or notes</w:t>
      </w:r>
    </w:p>
    <w:p>
      <w:r>
        <w:t>MUST  Did it block unsafe or age-inappropriate</w:t>
      </w:r>
    </w:p>
    <w:p>
      <w:r>
        <w:t>requests in my testing?</w:t>
      </w:r>
    </w:p>
    <w:p>
      <w:r>
        <w:t>Test the content filters yourself.</w:t>
      </w:r>
    </w:p>
    <w:p>
      <w:r>
        <w:t>Is there a way to report harmful or wrong</w:t>
      </w:r>
    </w:p>
    <w:p>
      <w:r>
        <w:t>output?</w:t>
      </w:r>
    </w:p>
    <w:p>
      <w:r>
        <w:t>Know how to flag problems.</w:t>
      </w:r>
    </w:p>
    <w:p>
      <w:r>
        <w:t>6. Access and fairness Yes No Unsure Evidence or notes</w:t>
      </w:r>
    </w:p>
    <w:p>
      <w:r>
        <w:t>Can every student use it, regardless of device,</w:t>
      </w:r>
    </w:p>
    <w:p>
      <w:r>
        <w:t>internet access or cost?</w:t>
      </w:r>
    </w:p>
    <w:p>
      <w:r>
        <w:t>Consider home access and logins.</w:t>
      </w:r>
    </w:p>
    <w:p>
      <w:r>
        <w:t>Does it work with screen readers and other</w:t>
      </w:r>
    </w:p>
    <w:p>
      <w:r>
        <w:t>assistive technology?</w:t>
      </w:r>
    </w:p>
    <w:p>
      <w:r>
        <w:t>Look for an accessibility statement.</w:t>
      </w:r>
    </w:p>
    <w:p>
      <w:r>
        <w:t>Does it support English learners and students</w:t>
      </w:r>
    </w:p>
    <w:p>
      <w:r>
        <w:t>with IEPs or 504 plans?</w:t>
      </w:r>
    </w:p>
    <w:p>
      <w:r>
        <w:t>Consider reading level, language options and</w:t>
      </w:r>
    </w:p>
    <w:p>
      <w:r>
        <w:t>accommodations.</w:t>
      </w:r>
    </w:p>
    <w:p>
      <w:r>
        <w:t>Is there an equivalent non-AI option for</w:t>
      </w:r>
    </w:p>
    <w:p>
      <w:r>
        <w:t>students who don't use it?</w:t>
      </w:r>
    </w:p>
    <w:p>
      <w:r>
        <w:t>Plan it before you start.</w:t>
      </w:r>
    </w:p>
    <w:p>
      <w:r>
        <w:t>7. Transparency and teaching Yes No Unsure Evidence or notes</w:t>
      </w:r>
    </w:p>
    <w:p>
      <w:r>
        <w:t>Will I tell students when and why we are using</w:t>
      </w:r>
    </w:p>
    <w:p>
      <w:r>
        <w:t>AI?</w:t>
      </w:r>
    </w:p>
    <w:p>
      <w:r>
        <w:t>Explain the purpose and rules first.</w:t>
      </w:r>
    </w:p>
    <w:p>
      <w:r>
        <w:t>Will students disclose how they used AI?</w:t>
      </w:r>
    </w:p>
    <w:p>
      <w:r>
        <w:t>Use an AI Use Statement.</w:t>
      </w:r>
    </w:p>
    <w:p>
      <w:r>
        <w:t>Will I teach students to check AI output with</w:t>
      </w:r>
    </w:p>
    <w:p>
      <w:r>
        <w:t>CHECK?</w:t>
      </w:r>
    </w:p>
    <w:p>
      <w:r>
        <w:t>Model how to verify answers.</w:t>
      </w:r>
    </w:p>
    <w:p>
      <w:r>
        <w:t>Will a person make every grading and</w:t>
      </w:r>
    </w:p>
    <w:p>
      <w:r>
        <w:t>feedback decision?</w:t>
      </w:r>
    </w:p>
    <w:p>
      <w:r>
        <w:t>AI may draft; you decide.</w:t>
      </w:r>
    </w:p>
    <w:p>
      <w:r>
        <w:t>For single-educator use. Editable: change anything in [brackets]. · v1.1 · Oct 2026 · Written for U.S. schools · Adapt to your school and district</w:t>
      </w:r>
    </w:p>
    <w:p>
      <w:r>
        <w:t>policies</w:t>
      </w:r>
    </w:p>
    <w:p>
      <w:r>
        <w:t>Your recommendation</w:t>
      </w:r>
    </w:p>
    <w:p>
      <w:r>
        <w:t>☐ Recommend for district review: every MUST item is Yes and the tool fits my learning goal.</w:t>
      </w:r>
    </w:p>
    <w:p>
      <w:r>
        <w:t>☐ Recommend with conditions: [e.g. teacher-led only, no student accounts, no personal</w:t>
      </w:r>
    </w:p>
    <w:p>
      <w:r>
        <w:t>information]</w:t>
      </w:r>
    </w:p>
    <w:p>
      <w:r>
        <w:t>☐ Not now: a MUST item is No or Unsure. Follow up with: [technology office or administrator]</w:t>
      </w:r>
    </w:p>
    <w:p>
      <w:r>
        <w:t>Final approval comes from: [school or district office]. Approved on: ____________</w:t>
      </w:r>
    </w:p>
    <w:p>
      <w:r>
        <w:t>Reviewer signature: ______________________________     Date: ______________</w:t>
      </w:r>
    </w:p>
    <w:p>
      <w:r>
        <w:t>Before you trust</w:t>
      </w:r>
    </w:p>
    <w:p>
      <w:r>
        <w:t>AI, CHECK:</w:t>
      </w:r>
    </w:p>
    <w:p>
      <w:r>
        <w:t>C Compare with a</w:t>
      </w:r>
    </w:p>
    <w:p>
      <w:r>
        <w:t>reliable source</w:t>
      </w:r>
    </w:p>
    <w:p>
      <w:r>
        <w:t>H Hunt for real sources E Explain it yourself C Consider bias K Know your AI Level</w:t>
      </w:r>
    </w:p>
    <w:p>
      <w:r>
        <w:t>This checklist supports professional judgment. It does not replace your district's policies, review process or legal guidance.</w:t>
      </w:r>
    </w:p>
    <w:p>
      <w:r>
        <w:t>For single-educator use. Editable: change anything in [brackets]. · v1.1 · Oct 2026 · Written for U.S. schools · Adapt to your school and district</w:t>
      </w:r>
    </w:p>
    <w:p>
      <w:r>
        <w:t>policies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