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AI Use Statement</w:t>
      </w:r>
    </w:p>
    <w:p>
      <w:r>
        <w:t>Tell me how you used AI on this assignment. Be honest: an honest statement is always acceptable, and it helps me teach you.</w:t>
      </w:r>
    </w:p>
    <w:p>
      <w:r>
        <w:t>Name: ______________________________________</w:t>
      </w:r>
    </w:p>
    <w:p>
      <w:r>
        <w:t>Class / period: ______________________________________</w:t>
      </w:r>
    </w:p>
    <w:p>
      <w:r>
        <w:t>Assignment: ______________________________________</w:t>
      </w:r>
    </w:p>
    <w:p>
      <w:r>
        <w:t>Date: ______________________________________</w:t>
      </w:r>
    </w:p>
    <w:p>
      <w:r>
        <w:t>AI Level for this assignment (circle one):  0 No AI   1 AI for Ideas   2 AI as a Tutor   3 AI as an Assistant   4 AI as a Partner</w:t>
      </w:r>
    </w:p>
    <w:p>
      <w:r>
        <w:t>Tool(s) I used (name the school-approved tool):</w:t>
      </w:r>
    </w:p>
    <w:p>
      <w:r>
        <w:t>____________________________________________________</w:t>
      </w:r>
    </w:p>
    <w:p>
      <w:r>
        <w:t>How I used AI (tick all that apply):</w:t>
      </w:r>
    </w:p>
    <w:p>
      <w:r>
        <w:t>☐  I used AI to brainstorm or ask questions.</w:t>
      </w:r>
    </w:p>
    <w:p>
      <w:r>
        <w:t>☐  I used AI to explain a concept or give feedback.</w:t>
      </w:r>
    </w:p>
    <w:p>
      <w:r>
        <w:t>☐  I used AI to help edit, organize or check my work.</w:t>
      </w:r>
    </w:p>
    <w:p>
      <w:r>
        <w:t>☐  I used AI as directed for an AI exploration.</w:t>
      </w:r>
    </w:p>
    <w:p>
      <w:r>
        <w:t>☐  I did not use AI on this assignment.</w:t>
      </w:r>
    </w:p>
    <w:p>
      <w:r>
        <w:t>What I checked, and how (for example, compared with a textbook or reliable source):</w:t>
      </w:r>
    </w:p>
    <w:p>
      <w:r>
        <w:t>____________________________________________________</w:t>
      </w:r>
    </w:p>
    <w:p>
      <w:r>
        <w:t>____________________________________________________</w:t>
      </w:r>
    </w:p>
    <w:p>
      <w:r>
        <w:t>What I wrote or decided myself:</w:t>
      </w:r>
    </w:p>
    <w:p>
      <w:r>
        <w:t>____________________________________________________</w:t>
      </w:r>
    </w:p>
    <w:p>
      <w:r>
        <w:t>____________________________________________________</w:t>
      </w:r>
    </w:p>
    <w:p>
      <w:r>
        <w:t>Student signature: ____________________________     Teacher initials: ________</w:t>
      </w:r>
    </w:p>
    <w:p>
      <w:r>
        <w:t>For single-classroom use · v1.0 · Oct 2026 · Adapt to your school and district policy · Never put personal information into an AI tool.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