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OUR CLASSROOM</w:t>
      </w:r>
    </w:p>
    <w:p>
      <w:r>
        <w:t>Can I use AI on this?</w:t>
      </w:r>
    </w:p>
    <w:p>
      <w:r>
        <w:t>Check the AI Level on your assignment. Not sure? It's Level 0 until you ask.</w:t>
      </w:r>
    </w:p>
    <w:p>
      <w:r>
        <w:t>0</w:t>
      </w:r>
    </w:p>
    <w:p>
      <w:r>
        <w:t>No AI</w:t>
      </w:r>
    </w:p>
    <w:p>
      <w:r>
        <w:t>Do this on your own. No AI tools at all.</w:t>
      </w:r>
    </w:p>
    <w:p>
      <w:r>
        <w:t>Examples:</w:t>
      </w:r>
    </w:p>
    <w:p>
      <w:r>
        <w:t>Tests and quizzes, in-class work, journals, exit tickets</w:t>
      </w:r>
    </w:p>
    <w:p>
      <w:r>
        <w:t>1</w:t>
      </w:r>
    </w:p>
    <w:p>
      <w:r>
        <w:t>AI for Ideas</w:t>
      </w:r>
    </w:p>
    <w:p>
      <w:r>
        <w:t>Use AI to brainstorm or ask questions.</w:t>
      </w:r>
    </w:p>
    <w:p>
      <w:r>
        <w:t>Everything you turn in is your own work.</w:t>
      </w:r>
    </w:p>
    <w:p>
      <w:r>
        <w:t>Examples:</w:t>
      </w:r>
    </w:p>
    <w:p>
      <w:r>
        <w:t>Brainstorming project topics, thinking of questions to explore,</w:t>
      </w:r>
    </w:p>
    <w:p>
      <w:r>
        <w:t>getting started on an idea</w:t>
      </w:r>
    </w:p>
    <w:p>
      <w:r>
        <w:t>2</w:t>
      </w:r>
    </w:p>
    <w:p>
      <w:r>
        <w:t>AI as a Tutor</w:t>
      </w:r>
    </w:p>
    <w:p>
      <w:r>
        <w:t>Use AI to explain concepts or give feedback.</w:t>
      </w:r>
    </w:p>
    <w:p>
      <w:r>
        <w:t>Write every answer yourself.</w:t>
      </w:r>
    </w:p>
    <w:p>
      <w:r>
        <w:t>Examples:</w:t>
      </w:r>
    </w:p>
    <w:p>
      <w:r>
        <w:t>Explaining a concept you are stuck on, practice questions,</w:t>
      </w:r>
    </w:p>
    <w:p>
      <w:r>
        <w:t>reviewing before a test</w:t>
      </w:r>
    </w:p>
    <w:p>
      <w:r>
        <w:t>3</w:t>
      </w:r>
    </w:p>
    <w:p>
      <w:r>
        <w:t>AI as an Assistant</w:t>
      </w:r>
    </w:p>
    <w:p>
      <w:r>
        <w:t>Use AI to help edit, organize or check your</w:t>
      </w:r>
    </w:p>
    <w:p>
      <w:r>
        <w:t>work. Tell me how you used it.</w:t>
      </w:r>
    </w:p>
    <w:p>
      <w:r>
        <w:t>Examples:</w:t>
      </w:r>
    </w:p>
    <w:p>
      <w:r>
        <w:t>Checking grammar and spelling, organizing your work,</w:t>
      </w:r>
    </w:p>
    <w:p>
      <w:r>
        <w:t>formatting a presentation</w:t>
      </w:r>
    </w:p>
    <w:p>
      <w:r>
        <w:t>4</w:t>
      </w:r>
    </w:p>
    <w:p>
      <w:r>
        <w:t>AI as a Partner</w:t>
      </w:r>
    </w:p>
    <w:p>
      <w:r>
        <w:t>Use AI fully as directed. Check its accuracy and</w:t>
      </w:r>
    </w:p>
    <w:p>
      <w:r>
        <w:t>explain how you used it.</w:t>
      </w:r>
    </w:p>
    <w:p>
      <w:r>
        <w:t>Examples:</w:t>
      </w:r>
    </w:p>
    <w:p>
      <w:r>
        <w:t>Projects about AI itself, checking AI answers for mistakes,</w:t>
      </w:r>
    </w:p>
    <w:p>
      <w:r>
        <w:t>assigned AI explorations</w:t>
      </w:r>
    </w:p>
    <w:p>
      <w:r>
        <w:t>Before you trust AI,</w:t>
      </w:r>
    </w:p>
    <w:p>
      <w:r>
        <w:t>CHECK:</w:t>
      </w:r>
    </w:p>
    <w:p>
      <w:r>
        <w:t>C Compare with a</w:t>
      </w:r>
    </w:p>
    <w:p>
      <w:r>
        <w:t>reliable source H Hunt for real sources E Explain it yourself C Consider bias K Know your AI Level</w:t>
      </w:r>
    </w:p>
    <w:p>
      <w:r>
        <w:t>Levels 1–4 apply only to school-approved, age-appropriate tools. Never put student information in prompts.</w:t>
      </w:r>
    </w:p>
    <w:p>
      <w:r>
        <w:t>For single-classroom use · v1.1, Oct 2026 · For U.S. schools · Adapt to your district policy · The AI Levels are inspired by five-level frameworks such as the AI Assessment Scale (Furze,</w:t>
      </w:r>
    </w:p>
    <w:p>
      <w:r>
        <w:t>Perkins, Roe &amp; MacVaugh).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