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OUR CLASSROOM</w:t>
      </w:r>
    </w:p>
    <w:p>
      <w:r>
        <w:t>AI Use Policy</w:t>
      </w:r>
    </w:p>
    <w:p>
      <w:r>
        <w:t>How we use artificial intelligence (AI) tools in our class: when it helps us learn, and when we do the</w:t>
      </w:r>
    </w:p>
    <w:p>
      <w:r>
        <w:t>thinking ourselves.</w:t>
      </w:r>
    </w:p>
    <w:p>
      <w:r>
        <w:t>Teacher [Teacher Name] Course [Course / Grade]</w:t>
      </w:r>
    </w:p>
    <w:p>
      <w:r>
        <w:t>School [School Name] School year [20__–20__]</w:t>
      </w:r>
    </w:p>
    <w:p>
      <w:r>
        <w:t>Why we have this policy</w:t>
      </w:r>
    </w:p>
    <w:p>
      <w:r>
        <w:t>AI chatbots and writing tools can explain ideas, give feedback and help us organize our thinking. Used</w:t>
      </w:r>
    </w:p>
    <w:p>
      <w:r>
        <w:t>well, they help us learn. Used poorly, they skip the thinking that school is for, and they can be wrong</w:t>
      </w:r>
    </w:p>
    <w:p>
      <w:r>
        <w:t>while sounding sure. In this class, we use AI as a learning tool, we check its work, and we are always</w:t>
      </w:r>
    </w:p>
    <w:p>
      <w:r>
        <w:t>honest about how we used it.</w:t>
      </w:r>
    </w:p>
    <w:p>
      <w:r>
        <w:t>The AI Levels</w:t>
      </w:r>
    </w:p>
    <w:p>
      <w:r>
        <w:t>Every assignment will be labeled with an AI Level. If you are not sure which level applies, the answer is</w:t>
      </w:r>
    </w:p>
    <w:p>
      <w:r>
        <w:t>Level 0 until you ask me.</w:t>
      </w:r>
    </w:p>
    <w:p>
      <w:r>
        <w:t>Level What it means Examples</w:t>
      </w:r>
    </w:p>
    <w:p>
      <w:r>
        <w:t>0</w:t>
      </w:r>
    </w:p>
    <w:p>
      <w:r>
        <w:t>No AI</w:t>
      </w:r>
    </w:p>
    <w:p>
      <w:r>
        <w:t>Do this on your own. No AI tools at all. Tests and quizzes, in-class work, journals, exit tickets</w:t>
      </w:r>
    </w:p>
    <w:p>
      <w:r>
        <w:t>1</w:t>
      </w:r>
    </w:p>
    <w:p>
      <w:r>
        <w:t>AI for Ideas</w:t>
      </w:r>
    </w:p>
    <w:p>
      <w:r>
        <w:t>Use AI to brainstorm or ask questions.</w:t>
      </w:r>
    </w:p>
    <w:p>
      <w:r>
        <w:t>Everything you turn in is your own work.</w:t>
      </w:r>
    </w:p>
    <w:p>
      <w:r>
        <w:t>Brainstorming project topics, thinking of</w:t>
      </w:r>
    </w:p>
    <w:p>
      <w:r>
        <w:t>questions to explore, getting started on an idea</w:t>
      </w:r>
    </w:p>
    <w:p>
      <w:r>
        <w:t>2</w:t>
      </w:r>
    </w:p>
    <w:p>
      <w:r>
        <w:t>AI as a Tutor</w:t>
      </w:r>
    </w:p>
    <w:p>
      <w:r>
        <w:t>Use AI to explain concepts or give</w:t>
      </w:r>
    </w:p>
    <w:p>
      <w:r>
        <w:t>feedback. Write every answer yourself.</w:t>
      </w:r>
    </w:p>
    <w:p>
      <w:r>
        <w:t>Explaining a concept you are stuck on, practice</w:t>
      </w:r>
    </w:p>
    <w:p>
      <w:r>
        <w:t>questions, reviewing before a test</w:t>
      </w:r>
    </w:p>
    <w:p>
      <w:r>
        <w:t>3</w:t>
      </w:r>
    </w:p>
    <w:p>
      <w:r>
        <w:t>AI as an</w:t>
      </w:r>
    </w:p>
    <w:p>
      <w:r>
        <w:t>Assistant</w:t>
      </w:r>
    </w:p>
    <w:p>
      <w:r>
        <w:t>Use AI to help edit, organize or check</w:t>
      </w:r>
    </w:p>
    <w:p>
      <w:r>
        <w:t>your work. Tell me how you used it.</w:t>
      </w:r>
    </w:p>
    <w:p>
      <w:r>
        <w:t>Checking grammar and spelling, organizing</w:t>
      </w:r>
    </w:p>
    <w:p>
      <w:r>
        <w:t>your work, formatting a presentation</w:t>
      </w:r>
    </w:p>
    <w:p>
      <w:r>
        <w:t>4</w:t>
      </w:r>
    </w:p>
    <w:p>
      <w:r>
        <w:t>AI as a Partner</w:t>
      </w:r>
    </w:p>
    <w:p>
      <w:r>
        <w:t>Use AI fully as directed. Check its</w:t>
      </w:r>
    </w:p>
    <w:p>
      <w:r>
        <w:t>accuracy and explain how you used it.</w:t>
      </w:r>
    </w:p>
    <w:p>
      <w:r>
        <w:t>Projects about AI itself, checking AI answers</w:t>
      </w:r>
    </w:p>
    <w:p>
      <w:r>
        <w:t>for mistakes, assigned AI explorations</w:t>
      </w:r>
    </w:p>
    <w:p>
      <w:r>
        <w:t>AI in our schoolwork</w:t>
      </w:r>
    </w:p>
    <w:p>
      <w:r>
        <w:t>Task Usual level Rules</w:t>
      </w:r>
    </w:p>
    <w:p>
      <w:r>
        <w:t>Classwork 0 Do in-class work on your own unless I say otherwise.</w:t>
      </w:r>
    </w:p>
    <w:p>
      <w:r>
        <w:t>Homework and practice 2 Use AI as a tutor to explain, not to give you answers to copy.</w:t>
      </w:r>
    </w:p>
    <w:p>
      <w:r>
        <w:t>Writing assignments 1–3 Your ideas and sentences must be your own. AI may give feedback on a draft you wrote.</w:t>
      </w:r>
    </w:p>
    <w:p>
      <w:r>
        <w:t>Projects and</w:t>
      </w:r>
    </w:p>
    <w:p>
      <w:r>
        <w:t>presentations 1–3 Your ideas and work must be your own. AI may help you brainstorm and organize.</w:t>
      </w:r>
    </w:p>
    <w:p>
      <w:r>
        <w:t>Research 1–3 Find real sources and cite them, not the AI. Check that every fact and source is real.</w:t>
      </w:r>
    </w:p>
    <w:p>
      <w:r>
        <w:t>Editing and</w:t>
      </w:r>
    </w:p>
    <w:p>
      <w:r>
        <w:t>proofreading 3 AI may suggest fixes. Accept only changes you understand.</w:t>
      </w:r>
    </w:p>
    <w:p>
      <w:r>
        <w:t>For single-classroom use · Edit anything in [brackets] · v1.1, Oct 2026 · For U.S. schools · Adapt to your district policy</w:t>
      </w:r>
    </w:p>
    <w:p>
      <w:r>
        <w:t>Task Usual level Rules</w:t>
      </w:r>
    </w:p>
    <w:p>
      <w:r>
        <w:t>Studying for tests 2 AI can quiz you and explain topics you are unsure about.</w:t>
      </w:r>
    </w:p>
    <w:p>
      <w:r>
        <w:t>Tests and quizzes 0 No AI, unless I say otherwise.</w:t>
      </w:r>
    </w:p>
    <w:p>
      <w:r>
        <w:t>[Teacher: change any level above to match your class. Apply required IEP and 504 accommodations when setting an</w:t>
      </w:r>
    </w:p>
    <w:p>
      <w:r>
        <w:t>assignment's level, and offer an equivalent non-AI option for students who do not use AI tools.]</w:t>
      </w:r>
    </w:p>
    <w:p>
      <w:r>
        <w:t>Rules that always apply</w:t>
      </w:r>
    </w:p>
    <w:p>
      <w:r>
        <w:t>• Do your own thinking. Turning in work made by AI as your own is never allowed.</w:t>
      </w:r>
    </w:p>
    <w:p>
      <w:r>
        <w:t>• CHECK before you trust AI. Compare with a reliable source, Hunt for real sources, Explain it</w:t>
      </w:r>
    </w:p>
    <w:p>
      <w:r>
        <w:t>yourself, Consider bias, and Know your AI Level. AI can sound sure and still be wrong.</w:t>
      </w:r>
    </w:p>
    <w:p>
      <w:r>
        <w:t>• Be honest. When you use AI, say so with an AI Use Statement (below).</w:t>
      </w:r>
    </w:p>
    <w:p>
      <w:r>
        <w:t>• Protect your privacy. Never enter your full name, address, photos, grades or anyone else's</w:t>
      </w:r>
    </w:p>
    <w:p>
      <w:r>
        <w:t>personal information into an AI tool.</w:t>
      </w:r>
    </w:p>
    <w:p>
      <w:r>
        <w:t>• Use approved tools. Levels 1–4 apply only to school-approved, age-appropriate tools: [list your</w:t>
      </w:r>
    </w:p>
    <w:p>
      <w:r>
        <w:t>school-approved tools].</w:t>
      </w:r>
    </w:p>
    <w:p>
      <w:r>
        <w:t>• You are responsible. Your name on the work means you understand it and can explain it without</w:t>
      </w:r>
    </w:p>
    <w:p>
      <w:r>
        <w:t>AI.</w:t>
      </w:r>
    </w:p>
    <w:p>
      <w:r>
        <w:t>How to tell me you used AI</w:t>
      </w:r>
    </w:p>
    <w:p>
      <w:r>
        <w:t>Add this AI Use Statement at the end of any assignment where you used AI:</w:t>
      </w:r>
    </w:p>
    <w:p>
      <w:r>
        <w:t>AI Use Statement</w:t>
      </w:r>
    </w:p>
    <w:p>
      <w:r>
        <w:t>I used [tool] for [permitted purpose]. I reviewed or changed [specific output] and verified [facts or</w:t>
      </w:r>
    </w:p>
    <w:p>
      <w:r>
        <w:t>sources].</w:t>
      </w:r>
    </w:p>
    <w:p>
      <w:r>
        <w:t>At Level 0, write: "I did not use AI on this assignment."</w:t>
      </w:r>
    </w:p>
    <w:p>
      <w:r>
        <w:t>Example: I used our school-approved AI tool for vocabulary practice questions. I answered them myself, and verified</w:t>
      </w:r>
    </w:p>
    <w:p>
      <w:r>
        <w:t>the definitions in our class notes.</w:t>
      </w:r>
    </w:p>
    <w:p>
      <w:r>
        <w:t>If AI is used beyond what is allowed</w:t>
      </w:r>
    </w:p>
    <w:p>
      <w:r>
        <w:t>Using AI beyond an assignment's level, or not disclosing it, is handled through [School Name]'s existing</w:t>
      </w:r>
    </w:p>
    <w:p>
      <w:r>
        <w:t>academic integrity process: [policy name or link].</w:t>
      </w:r>
    </w:p>
    <w:p>
      <w:r>
        <w:t>Mistakes are part of learning. If you are ever unsure, ask me before you use AI, and you will never be in</w:t>
      </w:r>
    </w:p>
    <w:p>
      <w:r>
        <w:t>trouble for asking.</w:t>
      </w:r>
    </w:p>
    <w:p>
      <w:r>
        <w:t>Before you trust</w:t>
      </w:r>
    </w:p>
    <w:p>
      <w:r>
        <w:t>AI, CHECK:</w:t>
      </w:r>
    </w:p>
    <w:p>
      <w:r>
        <w:t>C Compare with a</w:t>
      </w:r>
    </w:p>
    <w:p>
      <w:r>
        <w:t>reliable source</w:t>
      </w:r>
    </w:p>
    <w:p>
      <w:r>
        <w:t>H Hunt for real sources E Explain it yourself C Consider bias K Know your AI Level</w:t>
      </w:r>
    </w:p>
    <w:p>
      <w:r>
        <w:t>The AI Levels are inspired by five-level frameworks such as the AI Assessment Scale (Furze, Perkins, Roe &amp; MacVaugh).</w:t>
      </w:r>
    </w:p>
    <w:p>
      <w:r>
        <w:t>For single-classroom use · Edit anything in [brackets] · v1.1, Oct 2026 · For U.S. schools · Adapt to your district policy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