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[School Logo or Name]</w:t>
      </w:r>
    </w:p>
    <w:p>
      <w:r>
        <w:t>[Date]</w:t>
      </w:r>
    </w:p>
    <w:p>
      <w:r>
        <w:t>Dear Families,</w:t>
      </w:r>
    </w:p>
    <w:p>
      <w:r>
        <w:t>This year, our class will be learning how to use artificial intelligence (AI) tools thoughtfully and</w:t>
      </w:r>
    </w:p>
    <w:p>
      <w:r>
        <w:t>responsibly. AI is becoming part of everyday life and work, and I want every student to feel confident</w:t>
      </w:r>
    </w:p>
    <w:p>
      <w:r>
        <w:t>using it in ways that support their learning.</w:t>
      </w:r>
    </w:p>
    <w:p>
      <w:r>
        <w:t>We will use only school-approved AI tools. The school will communicate any account or consent</w:t>
      </w:r>
    </w:p>
    <w:p>
      <w:r>
        <w:t>requirements separately; signing this letter does not create an account or give consent for any tool.</w:t>
      </w:r>
    </w:p>
    <w:p>
      <w:r>
        <w:t>To keep things clear and fair, every assignment in our class will have an AI Level that tells students</w:t>
      </w:r>
    </w:p>
    <w:p>
      <w:r>
        <w:t>exactly how AI may be used:</w:t>
      </w:r>
    </w:p>
    <w:p>
      <w:r>
        <w:t>0 No AI Do this on your own. No AI tools at all.</w:t>
      </w:r>
    </w:p>
    <w:p>
      <w:r>
        <w:t>1 AI for Ideas Use AI to brainstorm or ask questions. Everything you turn in is your own work.</w:t>
      </w:r>
    </w:p>
    <w:p>
      <w:r>
        <w:t>2 AI as a Tutor Use AI to explain concepts or give feedback. Write every answer yourself.</w:t>
      </w:r>
    </w:p>
    <w:p>
      <w:r>
        <w:t>3 AI as an Assistant Use AI to help edit, organize or check your work. Tell your teacher how you used it.</w:t>
      </w:r>
    </w:p>
    <w:p>
      <w:r>
        <w:t>4 AI as a Partner Use AI fully as directed. Check its accuracy and explain how you used it.</w:t>
      </w:r>
    </w:p>
    <w:p>
      <w:r>
        <w:t>What your student will learn</w:t>
      </w:r>
    </w:p>
    <w:p>
      <w:r>
        <w:t>• How to use AI as a learning partner: to ask questions, get explanations and improve their own</w:t>
      </w:r>
    </w:p>
    <w:p>
      <w:r>
        <w:t>work</w:t>
      </w:r>
    </w:p>
    <w:p>
      <w:r>
        <w:t>• How to check AI answers for accuracy, since AI can make mistakes</w:t>
      </w:r>
    </w:p>
    <w:p>
      <w:r>
        <w:t>• How to be honest about using AI, with a simple AI Use Statement</w:t>
      </w:r>
    </w:p>
    <w:p>
      <w:r>
        <w:t>• How to protect their privacy by never sharing personal information with AI tools</w:t>
      </w:r>
    </w:p>
    <w:p>
      <w:r>
        <w:t>How you can help at home</w:t>
      </w:r>
    </w:p>
    <w:p>
      <w:r>
        <w:t>• Ask your student to show you the AI Level on an assignment and explain what it means.</w:t>
      </w:r>
    </w:p>
    <w:p>
      <w:r>
        <w:t>• Invite them to explain their work to you in their own words. This is a great way to build</w:t>
      </w:r>
    </w:p>
    <w:p>
      <w:r>
        <w:t>understanding.</w:t>
      </w:r>
    </w:p>
    <w:p>
      <w:r>
        <w:t>Please review the classroom AI expectations with your student, sign the acknowledgment together, and</w:t>
      </w:r>
    </w:p>
    <w:p>
      <w:r>
        <w:t>return it by [return date]. I am always happy to answer questions. You can reach me at [email address]</w:t>
      </w:r>
    </w:p>
    <w:p>
      <w:r>
        <w:t>or [phone number].</w:t>
      </w:r>
    </w:p>
    <w:p>
      <w:r>
        <w:t>Thank you for partnering with me this year!</w:t>
      </w:r>
    </w:p>
    <w:p>
      <w:r>
        <w:t>Warmly,</w:t>
      </w:r>
    </w:p>
    <w:p>
      <w:r>
        <w:t>[Teacher Name]</w:t>
      </w:r>
    </w:p>
    <w:p>
      <w:r>
        <w:t>[Course / Grade] · [School Name]</w:t>
      </w:r>
    </w:p>
    <w:p>
      <w:r>
        <w:t>For single-classroom use · Edit anything in [brackets] · v1.1, Oct 2026 · For U.S. schools · Adapt to your district policy</w:t>
      </w:r>
    </w:p>
    <w:p>
      <w:r>
        <w:t>PLEASE RETURN BY [DATE]</w:t>
      </w:r>
    </w:p>
    <w:p>
      <w:r>
        <w:t>Classroom AI Expectations</w:t>
      </w:r>
    </w:p>
    <w:p>
      <w:r>
        <w:t>An acknowledgment of how AI is used in our class. Read each statement together, check the box,</w:t>
      </w:r>
    </w:p>
    <w:p>
      <w:r>
        <w:t>and sign.</w:t>
      </w:r>
    </w:p>
    <w:p>
      <w:r>
        <w:t>As a student, I understand that I will:</w:t>
      </w:r>
    </w:p>
    <w:p>
      <w:r>
        <w:t>☐ Follow the AI Level on every assignment, and ask my teacher when I am not sure.</w:t>
      </w:r>
    </w:p>
    <w:p>
      <w:r>
        <w:t>☐ Do my own thinking. Work I turn in will show what I understand.</w:t>
      </w:r>
    </w:p>
    <w:p>
      <w:r>
        <w:t>☐ Tell my teacher when and how I used AI, using an AI Use Statement.</w:t>
      </w:r>
    </w:p>
    <w:p>
      <w:r>
        <w:t>☐ CHECK AI answers: Compare, Hunt for sources, Explain it myself, Consider bias, Know my AI Level.</w:t>
      </w:r>
    </w:p>
    <w:p>
      <w:r>
        <w:t>☐ Never put my personal information, or anyone else's, into an AI tool.</w:t>
      </w:r>
    </w:p>
    <w:p>
      <w:r>
        <w:t>☐ Use only AI tools my school allows.</w:t>
      </w:r>
    </w:p>
    <w:p>
      <w:r>
        <w:t>☐ Be able to explain my work without AI.</w:t>
      </w:r>
    </w:p>
    <w:p>
      <w:r>
        <w:t>By signing, we acknowledge these classroom expectations. This is not consent for any AI tool or account.</w:t>
      </w:r>
    </w:p>
    <w:p>
      <w:r>
        <w:t>Student name (print) Family member name (print)</w:t>
      </w:r>
    </w:p>
    <w:p>
      <w:r>
        <w:t>Student signature Family member signature</w:t>
      </w:r>
    </w:p>
    <w:p>
      <w:r>
        <w:t>Date: ____________________</w:t>
      </w:r>
    </w:p>
    <w:p>
      <w:r>
        <w:t>Optional: questions or comments for the teacher</w:t>
      </w:r>
    </w:p>
    <w:p>
      <w:r>
        <w:t>Before you trust</w:t>
      </w:r>
    </w:p>
    <w:p>
      <w:r>
        <w:t>AI, CHECK:</w:t>
      </w:r>
    </w:p>
    <w:p>
      <w:r>
        <w:t>C Compare with a</w:t>
      </w:r>
    </w:p>
    <w:p>
      <w:r>
        <w:t>reliable source</w:t>
      </w:r>
    </w:p>
    <w:p>
      <w:r>
        <w:t>H Hunt for real sources E Explain it yourself C Consider bias K Know your AI Level</w:t>
      </w:r>
    </w:p>
    <w:p>
      <w:r>
        <w:t>For single-classroom use · Edit anything in [brackets] · v1.1, Oct 2026 · For U.S. schools · Adapt to your district policy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