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ALL SUBJECTS · STUDENT WORKSHEET</w:t>
      </w:r>
    </w:p>
    <w:p>
      <w:pPr>
        <w:pStyle w:val="Heading1"/>
      </w:pPr>
      <w:r>
        <w:t>Spot the AI Mistake</w:t>
      </w:r>
    </w:p>
    <w:p>
      <w:r>
        <w:t>Name: ______________________________     Date: ______________     Period: ______</w:t>
      </w:r>
    </w:p>
    <w:p>
      <w:r>
        <w:t>Your job: each answer below came from an AI chatbot, and each one contains a mistake. Find it, fix it, and show how you checked it with a reliable source.</w:t>
      </w:r>
    </w:p>
    <w:p>
      <w:r>
        <w:t>AI answer #1: Photosynthesis happens in the mitochondria, where plants use sunlight, water and carbon dioxide to make glucose.</w:t>
      </w:r>
    </w:p>
    <w:p>
      <w:r>
        <w:t>The mistake is: ______________________________________________</w:t>
      </w:r>
    </w:p>
    <w:p>
      <w:r>
        <w:t>The correct information is: ______________________________________</w:t>
      </w:r>
    </w:p>
    <w:p>
      <w:r>
        <w:t>How I checked it (source): ______________________________________</w:t>
      </w:r>
    </w:p>
    <w:p>
      <w:r>
        <w:t>AI answer #2: 3/4 + 1/2 = 4/6, because you add the numerators and add the denominators.</w:t>
      </w:r>
    </w:p>
    <w:p>
      <w:r>
        <w:t>The mistake is: ______________________________________________</w:t>
      </w:r>
    </w:p>
    <w:p>
      <w:r>
        <w:t>The correct information is: ______________________________________</w:t>
      </w:r>
    </w:p>
    <w:p>
      <w:r>
        <w:t>How I checked it (source): ______________________________________</w:t>
      </w:r>
    </w:p>
    <w:p>
      <w:r>
        <w:t>AI answer #3: A simile compares two things without using "like" or "as." For example: "Her smile was sunshine."</w:t>
      </w:r>
    </w:p>
    <w:p>
      <w:r>
        <w:t>The mistake is: ______________________________________________</w:t>
      </w:r>
    </w:p>
    <w:p>
      <w:r>
        <w:t>The correct information is: ______________________________________</w:t>
      </w:r>
    </w:p>
    <w:p>
      <w:r>
        <w:t>How I checked it (source): ______________________________________</w:t>
      </w:r>
    </w:p>
    <w:p>
      <w:r>
        <w:t>AI answer #4: The U.S. government has two branches: Congress and the President.</w:t>
      </w:r>
    </w:p>
    <w:p>
      <w:r>
        <w:t>The mistake is: ______________________________________________</w:t>
      </w:r>
    </w:p>
    <w:p>
      <w:r>
        <w:t>The correct information is: ______________________________________</w:t>
      </w:r>
    </w:p>
    <w:p>
      <w:r>
        <w:t>How I checked it (source): ______________________________________</w:t>
      </w:r>
    </w:p>
    <w:p>
      <w:r>
        <w:t>AI answer #5: Sound travels faster through air than through water because air particles are farther apart.</w:t>
      </w:r>
    </w:p>
    <w:p>
      <w:r>
        <w:t>The mistake is: ______________________________________________</w:t>
      </w:r>
    </w:p>
    <w:p>
      <w:r>
        <w:t>The correct information is: ______________________________________</w:t>
      </w:r>
    </w:p>
    <w:p>
      <w:r>
        <w:t>How I checked it (source): ______________________________________</w:t>
      </w:r>
    </w:p>
    <w:p>
      <w:r>
        <w:t>Reflect: Which mistake would have been easiest to miss? Why should you check AI answers even when they sound confident?</w:t>
      </w:r>
    </w:p>
    <w:p>
      <w:r>
        <w:t>____________________________________________________</w:t>
      </w:r>
    </w:p>
    <w:p>
      <w:r>
        <w:t>____________________________________________________</w:t>
      </w:r>
    </w:p>
    <w:p>
      <w:r>
        <w:br w:type="page"/>
      </w:r>
    </w:p>
    <w:p>
      <w:r>
        <w:t>TEACHER</w:t>
      </w:r>
    </w:p>
    <w:p>
      <w:pPr>
        <w:pStyle w:val="Heading1"/>
      </w:pPr>
      <w:r>
        <w:t>Answer Key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#</w:t>
            </w:r>
          </w:p>
        </w:tc>
        <w:tc>
          <w:tcPr>
            <w:tcW w:type="dxa" w:w="2880"/>
          </w:tcPr>
          <w:p>
            <w:r>
              <w:t>The mistake</w:t>
            </w:r>
          </w:p>
        </w:tc>
        <w:tc>
          <w:tcPr>
            <w:tcW w:type="dxa" w:w="2880"/>
          </w:tcPr>
          <w:p>
            <w:r>
              <w:t>Correct information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Mitochondria</w:t>
            </w:r>
          </w:p>
        </w:tc>
        <w:tc>
          <w:tcPr>
            <w:tcW w:type="dxa" w:w="2880"/>
          </w:tcPr>
          <w:p>
            <w:r>
              <w:t>Photosynthesis happens in the chloroplasts. Mitochondria carry out cellular respiration.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Adding the denominators</w:t>
            </w:r>
          </w:p>
        </w:tc>
        <w:tc>
          <w:tcPr>
            <w:tcW w:type="dxa" w:w="2880"/>
          </w:tcPr>
          <w:p>
            <w:r>
              <w:t>Use a common denominator: 3/4 + 2/4 = 5/4 (or 1 1/4).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Definition and example describe a metaphor</w:t>
            </w:r>
          </w:p>
        </w:tc>
        <w:tc>
          <w:tcPr>
            <w:tcW w:type="dxa" w:w="2880"/>
          </w:tcPr>
          <w:p>
            <w:r>
              <w:t>A simile uses "like" or "as" ("Her smile was like sunshine"). The example given is a metaphor.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Two branches</w:t>
            </w:r>
          </w:p>
        </w:tc>
        <w:tc>
          <w:tcPr>
            <w:tcW w:type="dxa" w:w="2880"/>
          </w:tcPr>
          <w:p>
            <w:r>
              <w:t>There are three branches: legislative (Congress), executive (President) and judicial (courts).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Faster through air</w:t>
            </w:r>
          </w:p>
        </w:tc>
        <w:tc>
          <w:tcPr>
            <w:tcW w:type="dxa" w:w="2880"/>
          </w:tcPr>
          <w:p>
            <w:r>
              <w:t>Sound travels faster through water (about 1,480 m/s) than through air (about 343 m/s).</w:t>
            </w:r>
          </w:p>
        </w:tc>
      </w:tr>
    </w:tbl>
    <w:p/>
    <w:p>
      <w:r>
        <w:t>Teaching tips: Model #1 together, then let students work in pairs. Ask students which CHECK step helped most. Extension: students ask an AI tool a question from the current unit and check its answer.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